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עם שווא בתחילתן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עצם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בחרו את שם התואר שלא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רוֹעֵש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קָרָה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הכלל בעברית, למשל פרה גדולה ולא פרה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המשחק מי לא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בתמונה ולקרוא את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ארבע שמות התואר בכרטיסייה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שם התואר שלא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שמתארת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שלא מתארת תכונה אמיתית של כלב, למשל שקוף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יהיה נכון בעברית,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רם לפני התשובה כדי לתרגל קריאה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אמיתית של שם העצם לפני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להסביר את הבחירה שלהם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'מי לא שייך?' רואים תמונה ושם עצם, ולידו ארבעה שמות תואר. צריך לקרוא את המילים ולמצוא איזה שם תואר לא מתאר את שם העצם שבתמונה.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חמה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 בחרו את שם התואר שלא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תפוח: אָדֹם, מָתוֹק, קָטָן, רוֹעֵש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אָדֹם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מָתוֹק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רוֹעֵש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שמש: חַמָּה, מְאִירָה, גְּדוֹלָה,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חַמָּה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מְאִירָה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קָרָה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התואר חייב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כרטיסייה במשחק יש ארבע מילים, ורק אחת מהן לא מתאימה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השמש בשמים היא __________ ומאירה.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הפרה בשדה היא __________, מנוקדת וכבדה.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נאמן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שם התואר שלא שייך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להסתכל בתמונה ולקרוא את 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ארבע שמות התואר בכרטיסייה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תואר שלא מתאים לכלב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