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נכון מילים עם שווא בתחילתן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שלא מתאים לשם עצם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של שמות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 בחרו את שם התואר שלא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רוֹעֵש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שָׁקוּף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קָרָה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קָטָן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שְׁקוּפָה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הכלל בעברית, למשל פרה גדולה ולא פרה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להגיד גם שמלה מנוקדת או כלב מנוקד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בנוי המשחק מי לא שייך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למשל המילה גדול מתאימה גם לפיל וגם לבית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שם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(נאמן)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להסתכל בתמונה ולקרוא את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לקרוא את ארבע שמות התואר בכרטיסייה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לחשוב איזה שם תואר לא מתאים לשם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ללחוץ על שם התואר שלא שייך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שמות תואר הגיוניים לשם העצם ושם תואר רביעי שלא קשור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פרה היא בעל חיים מוצק שרואים אותו, ולא אפשר לראות דרכו כמו דבר שקוף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מילה שמתארת 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שלא מתארת תכונה אמיתית של כלב, למשל שקוף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שהמשפט יהיה נכון בעברית,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המילים בקול רם לפני התשובה כדי לתרגל קריאה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תמונה אמיתית של שם העצם לפני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תלמידים להסביר את הבחירה שלהם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רואים תמונה ומילה. ליד המילה יש ארבע מילים שמתארות אותה. צריך למצוא איזו מילה לא מתאימה.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שֵׁם תֹּאַר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עצם, למשל: גדולה, כבדה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שֵׁם עֶצֶם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דבר, אדם או בעל חיים, למשל: פרה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שְׁוָא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קצרה מתחת לאות בתחילת מילה, כמו בְּ, שְׁ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מְנֻקֶּדֶת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עליה כתמים או נקודות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שָׁקוּף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לראות דרכו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כָּבֵד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במשקל 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מַתְאִים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שייך, הולם לשם העצם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שייך? בחרו את שם התואר שלא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לא מתארת תפוח?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אָדֹם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מָתוֹק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קָטָן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רוֹעֵש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לא מתארת 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נֶאֱמָן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מָהִיר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חָכָם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שָׁקוּף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לא מתארת 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חַמָּה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מְאִירָה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גְּדוֹלָה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קָרָה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לא מתארת פיל?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כָּבֵד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גָּדוֹל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חָזָק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קָטָן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לא מתארת פרה?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גְּדוֹלָה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מְנֻקֶּדֶת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שְׁקוּפָה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כְּבֵדָה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התואר חייב להתאים במין ובמספר לשם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'מנוקדת' יכולה לתאר רק פרות ולא שום דבר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כרטיסייה במשחק יש ארבע מילים, ורק אחת מהן לא מתאימה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אחד אף פעם לא יכול להתאים לשני שמות עצם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השמש בשמים היא __________ ומאירה.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הפרה בשדה היא __________, מנוקדת וכבדה.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הכלב הוא חיה __________ ונאמנה.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תואר מתאר תכונה של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אדום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נאמן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איזה שם תואר לא מתאים לשם העצם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בתמונה ולקרוא את שם העצם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ללחוץ על שם התואר שלא שייך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ארבע שמות התואר בכרטיסייה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שם עצם, וכתבו שלושה שמות תואר שמתאימים לו ואחד שלא מתאים.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המילה שקופה לא מתאימה לתיאור פרה.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תואר שלא מתאים לכלב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שם התואר חייב להתאים לשם העצם?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